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5924" w14:textId="77777777" w:rsidR="006C2661" w:rsidRPr="00EA0393" w:rsidRDefault="00594448" w:rsidP="00EA0393">
      <w:pPr>
        <w:pStyle w:val="Heading1"/>
        <w:rPr>
          <w:rFonts w:ascii="Arial" w:hAnsi="Arial" w:cs="Arial"/>
          <w:sz w:val="44"/>
          <w:szCs w:val="44"/>
        </w:rPr>
      </w:pPr>
      <w:r w:rsidRPr="00EA0393">
        <w:rPr>
          <w:rFonts w:ascii="Arial" w:hAnsi="Arial" w:cs="Arial"/>
          <w:sz w:val="44"/>
          <w:szCs w:val="44"/>
        </w:rPr>
        <w:t>New Noncredit Microcredential Proposal</w:t>
      </w:r>
    </w:p>
    <w:p w14:paraId="30126CCE" w14:textId="77777777" w:rsidR="006C2661" w:rsidRDefault="00594448">
      <w:pPr>
        <w:spacing w:after="160"/>
      </w:pPr>
      <w:r>
        <w:rPr>
          <w:b/>
          <w:color w:val="595959"/>
        </w:rPr>
        <w:t>Proposal type: New Microcredential - Noncredit</w:t>
      </w:r>
    </w:p>
    <w:p w14:paraId="4DE4F38D" w14:textId="77777777" w:rsidR="006C2661" w:rsidRDefault="00594448">
      <w:pPr>
        <w:spacing w:after="160"/>
      </w:pPr>
      <w:r>
        <w:rPr>
          <w:b/>
        </w:rPr>
        <w:t xml:space="preserve">Instructions: </w:t>
      </w:r>
      <w:r>
        <w:t>Complete each applicable field. Fields marked with an asterisk (*) are required. Use the Tab key to move through the form controls. Save a copy before submitting.</w:t>
      </w:r>
    </w:p>
    <w:p w14:paraId="63604475" w14:textId="77777777" w:rsidR="006C2661" w:rsidRPr="00EA0393" w:rsidRDefault="00594448" w:rsidP="00EA0393">
      <w:pPr>
        <w:pStyle w:val="Heading2"/>
        <w:rPr>
          <w:sz w:val="32"/>
          <w:szCs w:val="32"/>
        </w:rPr>
      </w:pPr>
      <w:r w:rsidRPr="00EA0393">
        <w:rPr>
          <w:sz w:val="32"/>
          <w:szCs w:val="32"/>
        </w:rPr>
        <w:t>1. Proposal Information</w:t>
      </w:r>
    </w:p>
    <w:p w14:paraId="7F2F2D58" w14:textId="77777777" w:rsidR="006C2661" w:rsidRDefault="00594448">
      <w:pPr>
        <w:pStyle w:val="FieldLabel"/>
        <w:keepNext/>
      </w:pPr>
      <w:r>
        <w:rPr>
          <w:b/>
          <w:color w:val="7F0000"/>
        </w:rPr>
        <w:t>Author *</w:t>
      </w:r>
    </w:p>
    <w:p w14:paraId="4FEB77F0" w14:textId="77777777" w:rsidR="006C2661" w:rsidRDefault="00594448">
      <w:pPr>
        <w:pStyle w:val="HelpText"/>
        <w:keepNext/>
      </w:pPr>
      <w:r>
        <w:t>Enter the name of the person preparing this proposal.</w:t>
      </w:r>
    </w:p>
    <w:p w14:paraId="17650C7B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  <w:sdt>
        <w:sdtPr>
          <w:alias w:val="Author"/>
          <w:tag w:val="AUTHOR"/>
          <w:id w:val="880823944"/>
          <w:showingPlcHdr/>
          <w:text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1A9C7971" w14:textId="77777777" w:rsidR="006C2661" w:rsidRDefault="00594448">
      <w:pPr>
        <w:pStyle w:val="FieldLabel"/>
        <w:keepNext/>
      </w:pPr>
      <w:r>
        <w:rPr>
          <w:b/>
          <w:color w:val="7F0000"/>
        </w:rPr>
        <w:t>Name of microcredential *</w:t>
      </w:r>
    </w:p>
    <w:p w14:paraId="7FEBA4B6" w14:textId="57441722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  <w:sdt>
        <w:sdtPr>
          <w:alias w:val="Name of microcredential"/>
          <w:tag w:val="NAME_OF_MICROCREDENTIAL"/>
          <w:id w:val="1910183711"/>
          <w:showingPlcHdr/>
          <w:text/>
        </w:sdtPr>
        <w:sdtEndPr/>
        <w:sdtContent>
          <w:r w:rsidR="00662E8E">
            <w:t xml:space="preserve">     </w:t>
          </w:r>
        </w:sdtContent>
      </w:sdt>
    </w:p>
    <w:p w14:paraId="0E1AD0F5" w14:textId="77777777" w:rsidR="006C2661" w:rsidRDefault="00594448">
      <w:pPr>
        <w:pStyle w:val="FieldLabel"/>
        <w:keepNext/>
      </w:pPr>
      <w:r>
        <w:rPr>
          <w:b/>
          <w:color w:val="7F0000"/>
        </w:rPr>
        <w:t>College or school *</w:t>
      </w:r>
    </w:p>
    <w:p w14:paraId="35CEFDC7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  <w:sdt>
        <w:sdtPr>
          <w:alias w:val="College or school"/>
          <w:tag w:val="COLLEGE_SCHOOL"/>
          <w:id w:val="1472787003"/>
          <w:showingPlcHdr/>
          <w:text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60EA8CAA" w14:textId="77777777" w:rsidR="006C2661" w:rsidRDefault="00594448">
      <w:pPr>
        <w:pStyle w:val="FieldLabel"/>
        <w:keepNext/>
      </w:pPr>
      <w:r>
        <w:rPr>
          <w:b/>
          <w:color w:val="7F0000"/>
        </w:rPr>
        <w:t>Department(s) *</w:t>
      </w:r>
    </w:p>
    <w:p w14:paraId="212339A4" w14:textId="77777777" w:rsidR="006C2661" w:rsidRDefault="00594448">
      <w:pPr>
        <w:pStyle w:val="HelpText"/>
        <w:keepNext/>
      </w:pPr>
      <w:r>
        <w:t>List the primary proposing department or departments.</w:t>
      </w:r>
    </w:p>
    <w:p w14:paraId="5F6700EC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  <w:sdt>
        <w:sdtPr>
          <w:alias w:val="Department(s)"/>
          <w:tag w:val="DEPARTMENTS"/>
          <w:id w:val="925627242"/>
          <w:showingPlcHdr/>
          <w:text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0D9B4E5B" w14:textId="77777777" w:rsidR="006C2661" w:rsidRDefault="00594448">
      <w:pPr>
        <w:pStyle w:val="FieldLabel"/>
        <w:keepNext/>
      </w:pPr>
      <w:r>
        <w:rPr>
          <w:b/>
          <w:color w:val="7F0000"/>
        </w:rPr>
        <w:t>Title of noncredit microcredential *</w:t>
      </w:r>
    </w:p>
    <w:p w14:paraId="1A19ACC3" w14:textId="77777777" w:rsidR="006C2661" w:rsidRDefault="00594448">
      <w:pPr>
        <w:pStyle w:val="HelpText"/>
        <w:keepNext/>
      </w:pPr>
      <w:r>
        <w:t>Use the format: Title (Noncredit Microcredential). Example: Support Microsoft SQL Server (Noncredit Microcredential).</w:t>
      </w:r>
    </w:p>
    <w:p w14:paraId="6605750D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  <w:sdt>
        <w:sdtPr>
          <w:alias w:val="Title of noncredit microcredential"/>
          <w:tag w:val="TITLE"/>
          <w:id w:val="1243609859"/>
          <w:showingPlcHdr/>
          <w:text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7A68671C" w14:textId="77777777" w:rsidR="006C2661" w:rsidRDefault="00594448">
      <w:pPr>
        <w:pStyle w:val="FieldLabel"/>
        <w:keepNext/>
      </w:pPr>
      <w:r>
        <w:rPr>
          <w:b/>
        </w:rPr>
        <w:t>Additional administering academic units</w:t>
      </w:r>
    </w:p>
    <w:p w14:paraId="124892E3" w14:textId="77777777" w:rsidR="006C2661" w:rsidRDefault="00594448">
      <w:pPr>
        <w:pStyle w:val="HelpText"/>
        <w:keepNext/>
      </w:pPr>
      <w:r>
        <w:t>If the microcredential will be administered by multiple academic units, list the additional units. Enter “Not applicable” if none.</w:t>
      </w:r>
    </w:p>
    <w:p w14:paraId="0537CFBB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Additional administering academic units"/>
          <w:tag w:val="ADDITIONAL_ADMIN_UNITS"/>
          <w:id w:val="1877321268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4928F46D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4335DBFB" w14:textId="77777777" w:rsidR="006C2661" w:rsidRDefault="00594448">
      <w:pPr>
        <w:pStyle w:val="FieldLabel"/>
        <w:keepNext/>
      </w:pPr>
      <w:r>
        <w:rPr>
          <w:b/>
        </w:rPr>
        <w:t xml:space="preserve">Additional </w:t>
      </w:r>
      <w:proofErr w:type="gramStart"/>
      <w:r>
        <w:rPr>
          <w:b/>
        </w:rPr>
        <w:t>proposing units</w:t>
      </w:r>
      <w:proofErr w:type="gramEnd"/>
    </w:p>
    <w:p w14:paraId="0444F29F" w14:textId="77777777" w:rsidR="006C2661" w:rsidRDefault="00594448">
      <w:pPr>
        <w:pStyle w:val="HelpText"/>
        <w:keepNext/>
      </w:pPr>
      <w:r>
        <w:t>List any proposing units other than the unit identified in the Department(s) field. Enter “Not applicable” if none.</w:t>
      </w:r>
    </w:p>
    <w:p w14:paraId="641C6758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Additional proposing units"/>
          <w:tag w:val="ADDITIONAL_PROPOSING_UNITS"/>
          <w:id w:val="248331438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30B593E7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40F7E533" w14:textId="77777777" w:rsidR="006C2661" w:rsidRPr="00EA0393" w:rsidRDefault="00594448" w:rsidP="00EA0393">
      <w:pPr>
        <w:pStyle w:val="Heading2"/>
        <w:rPr>
          <w:sz w:val="32"/>
          <w:szCs w:val="32"/>
        </w:rPr>
      </w:pPr>
      <w:r w:rsidRPr="00EA0393">
        <w:rPr>
          <w:sz w:val="32"/>
          <w:szCs w:val="32"/>
        </w:rPr>
        <w:t>2. Delivery and Timeline</w:t>
      </w:r>
    </w:p>
    <w:p w14:paraId="0120BF08" w14:textId="66422B34" w:rsidR="006C2661" w:rsidRDefault="00594448">
      <w:pPr>
        <w:pStyle w:val="FieldLabel"/>
        <w:keepNext/>
      </w:pPr>
      <w:r>
        <w:rPr>
          <w:b/>
          <w:color w:val="7F0000"/>
        </w:rPr>
        <w:t>Modality *</w:t>
      </w:r>
      <w:r w:rsidR="000A23F1">
        <w:rPr>
          <w:b/>
          <w:color w:val="7F0000"/>
        </w:rPr>
        <w:t xml:space="preserve"> (In-person, Online, Hybrid)</w:t>
      </w:r>
    </w:p>
    <w:p w14:paraId="604D3FCA" w14:textId="18CC7034" w:rsidR="006C2661" w:rsidRDefault="006C2661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</w:p>
    <w:p w14:paraId="0E9516D5" w14:textId="77777777" w:rsidR="006C2661" w:rsidRDefault="00594448">
      <w:pPr>
        <w:pStyle w:val="FieldLabel"/>
        <w:keepNext/>
      </w:pPr>
      <w:r>
        <w:rPr>
          <w:b/>
          <w:color w:val="7F0000"/>
        </w:rPr>
        <w:t>Anticipated start term *</w:t>
      </w:r>
    </w:p>
    <w:p w14:paraId="08999E48" w14:textId="5AE54403" w:rsidR="006C2661" w:rsidRDefault="006C2661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</w:p>
    <w:p w14:paraId="0859ECC7" w14:textId="77777777" w:rsidR="006C2661" w:rsidRDefault="00594448">
      <w:pPr>
        <w:pStyle w:val="FieldLabel"/>
        <w:keepNext/>
      </w:pPr>
      <w:r>
        <w:rPr>
          <w:b/>
          <w:color w:val="7F0000"/>
        </w:rPr>
        <w:t>Anticipated start date *</w:t>
      </w:r>
    </w:p>
    <w:p w14:paraId="7CDD3FBE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  <w:sdt>
        <w:sdtPr>
          <w:alias w:val="Anticipated start date"/>
          <w:tag w:val="START_DATE"/>
          <w:id w:val="1952397439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594448">
            <w:rPr>
              <w:i/>
              <w:color w:val="767676"/>
            </w:rPr>
            <w:t>Choose a date</w:t>
          </w:r>
        </w:sdtContent>
      </w:sdt>
    </w:p>
    <w:p w14:paraId="4EE357BB" w14:textId="77777777" w:rsidR="006C2661" w:rsidRDefault="00594448">
      <w:pPr>
        <w:pStyle w:val="FieldLabel"/>
        <w:keepNext/>
      </w:pPr>
      <w:r>
        <w:rPr>
          <w:b/>
          <w:color w:val="7F0000"/>
        </w:rPr>
        <w:lastRenderedPageBreak/>
        <w:t>Does this noncredit microcredential lead to licensure or certification? *</w:t>
      </w:r>
    </w:p>
    <w:p w14:paraId="02A97695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00"/>
      </w:pPr>
      <w:sdt>
        <w:sdtPr>
          <w:alias w:val="Does this noncredit microcredential lead to licensure or certification?"/>
          <w:tag w:val="LICENSURE_CERTIFICATION"/>
          <w:id w:val="531083026"/>
          <w:showingPlcHdr/>
          <w:dropDownList>
            <w:listItem w:displayText="No" w:value="No"/>
            <w:listItem w:displayText="Yes" w:value="Yes"/>
          </w:dropDownList>
        </w:sdtPr>
        <w:sdtEndPr/>
        <w:sdtContent>
          <w:r w:rsidR="00594448">
            <w:rPr>
              <w:i/>
              <w:color w:val="767676"/>
            </w:rPr>
            <w:t>Choose an option</w:t>
          </w:r>
        </w:sdtContent>
      </w:sdt>
    </w:p>
    <w:p w14:paraId="3A36D6D8" w14:textId="77777777" w:rsidR="006C2661" w:rsidRDefault="00594448">
      <w:pPr>
        <w:pStyle w:val="FieldLabel"/>
        <w:keepNext/>
      </w:pPr>
      <w:r>
        <w:rPr>
          <w:b/>
          <w:color w:val="7F0000"/>
        </w:rPr>
        <w:t>Location(s) *</w:t>
      </w:r>
    </w:p>
    <w:p w14:paraId="64DCF675" w14:textId="77777777" w:rsidR="006C2661" w:rsidRDefault="00594448">
      <w:pPr>
        <w:pStyle w:val="HelpText"/>
        <w:keepNext/>
      </w:pPr>
      <w:r>
        <w:t>List the physical location, online delivery environment, or both, as applicable.</w:t>
      </w:r>
    </w:p>
    <w:p w14:paraId="0BE7DD1E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Location(s)"/>
          <w:tag w:val="LOCATIONS"/>
          <w:id w:val="420632638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591A8FFA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6B125FFB" w14:textId="77777777" w:rsidR="006C2661" w:rsidRPr="00EA0393" w:rsidRDefault="00594448" w:rsidP="00EA0393">
      <w:pPr>
        <w:pStyle w:val="Heading2"/>
        <w:rPr>
          <w:sz w:val="32"/>
          <w:szCs w:val="32"/>
        </w:rPr>
      </w:pPr>
      <w:r w:rsidRPr="00EA0393">
        <w:rPr>
          <w:sz w:val="32"/>
          <w:szCs w:val="32"/>
        </w:rPr>
        <w:t>3. Learning and Assessment</w:t>
      </w:r>
    </w:p>
    <w:p w14:paraId="3AF90B2F" w14:textId="77777777" w:rsidR="006C2661" w:rsidRDefault="00594448">
      <w:pPr>
        <w:pStyle w:val="FieldLabel"/>
        <w:keepNext/>
      </w:pPr>
      <w:r>
        <w:rPr>
          <w:b/>
          <w:color w:val="7F0000"/>
        </w:rPr>
        <w:t>Student learning outcomes *</w:t>
      </w:r>
    </w:p>
    <w:p w14:paraId="7F2ECC3B" w14:textId="77777777" w:rsidR="006C2661" w:rsidRDefault="00594448">
      <w:pPr>
        <w:pStyle w:val="HelpText"/>
        <w:keepNext/>
      </w:pPr>
      <w:r>
        <w:t>List measurable statements describing what learners will know or be able to do upon successful completion.</w:t>
      </w:r>
    </w:p>
    <w:p w14:paraId="415E028C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Student learning outcomes"/>
          <w:tag w:val="STUDENT_LEARNING_OUTCOMES"/>
          <w:id w:val="457376730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4E948C4D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33D73ED7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639281EA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068ED69D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30CBE807" w14:textId="77777777" w:rsidR="006C2661" w:rsidRDefault="00594448">
      <w:pPr>
        <w:pStyle w:val="FieldLabel"/>
        <w:keepNext/>
      </w:pPr>
      <w:r>
        <w:rPr>
          <w:b/>
          <w:color w:val="7F0000"/>
        </w:rPr>
        <w:t>Assessment of student learning statement *</w:t>
      </w:r>
    </w:p>
    <w:p w14:paraId="199127B7" w14:textId="77777777" w:rsidR="006C2661" w:rsidRDefault="00594448">
      <w:pPr>
        <w:pStyle w:val="HelpText"/>
        <w:keepNext/>
      </w:pPr>
      <w:r>
        <w:t>All microcredentials require assessment. Explain how achievement of each learning outcome will be evaluated.</w:t>
      </w:r>
    </w:p>
    <w:p w14:paraId="70AD62C8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Assessment of student learning statement"/>
          <w:tag w:val="ASSESSMENT_STATEMENT"/>
          <w:id w:val="1648688150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46B3818D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6F7DD177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48D9BADD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63E29B35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076921D0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6742EF11" w14:textId="77777777" w:rsidR="006C2661" w:rsidRPr="00EA0393" w:rsidRDefault="00594448" w:rsidP="00EA0393">
      <w:pPr>
        <w:pStyle w:val="Heading2"/>
        <w:rPr>
          <w:sz w:val="32"/>
          <w:szCs w:val="32"/>
        </w:rPr>
      </w:pPr>
      <w:r w:rsidRPr="00EA0393">
        <w:rPr>
          <w:sz w:val="32"/>
          <w:szCs w:val="32"/>
        </w:rPr>
        <w:t>4. Purpose and Need</w:t>
      </w:r>
    </w:p>
    <w:p w14:paraId="0DDA5C76" w14:textId="77777777" w:rsidR="006C2661" w:rsidRDefault="00594448">
      <w:pPr>
        <w:pStyle w:val="FieldLabel"/>
        <w:keepNext/>
      </w:pPr>
      <w:r>
        <w:rPr>
          <w:b/>
          <w:color w:val="7F0000"/>
        </w:rPr>
        <w:t>Impact statement *</w:t>
      </w:r>
    </w:p>
    <w:p w14:paraId="0D19C2F5" w14:textId="77777777" w:rsidR="006C2661" w:rsidRDefault="00594448">
      <w:pPr>
        <w:pStyle w:val="HelpText"/>
        <w:keepNext/>
      </w:pPr>
      <w:r>
        <w:t>Describe the anticipated benefit to learners, the university, employers, communities, or other stakeholders.</w:t>
      </w:r>
    </w:p>
    <w:p w14:paraId="3058EB4D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Impact statement"/>
          <w:tag w:val="IMPACT_STATEMENT"/>
          <w:id w:val="1530568600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5E47A896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7E1B647F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7BEB4C73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0CE0E2C6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2A68774F" w14:textId="77777777" w:rsidR="006C2661" w:rsidRDefault="00594448">
      <w:pPr>
        <w:pStyle w:val="FieldLabel"/>
        <w:keepNext/>
      </w:pPr>
      <w:r>
        <w:rPr>
          <w:b/>
          <w:color w:val="7F0000"/>
        </w:rPr>
        <w:t>Noncredit microcredential description *</w:t>
      </w:r>
    </w:p>
    <w:p w14:paraId="04B5E014" w14:textId="77777777" w:rsidR="006C2661" w:rsidRDefault="00594448">
      <w:pPr>
        <w:pStyle w:val="HelpText"/>
        <w:keepNext/>
      </w:pPr>
      <w:r>
        <w:t>Provide a concise description suitable for review and, if approved, public-facing use.</w:t>
      </w:r>
    </w:p>
    <w:p w14:paraId="50621297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Noncredit microcredential description"/>
          <w:tag w:val="DESCRIPTION"/>
          <w:id w:val="1456501593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5D7014F4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2FE0B646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5ABD68E7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2F6E5F14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38425117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632DBC7D" w14:textId="77777777" w:rsidR="006C2661" w:rsidRDefault="00594448">
      <w:pPr>
        <w:pStyle w:val="FieldLabel"/>
        <w:keepNext/>
      </w:pPr>
      <w:r>
        <w:rPr>
          <w:b/>
          <w:color w:val="7F0000"/>
        </w:rPr>
        <w:lastRenderedPageBreak/>
        <w:t>Market research analysis demonstrating need *</w:t>
      </w:r>
    </w:p>
    <w:p w14:paraId="6CA4FF25" w14:textId="77777777" w:rsidR="006C2661" w:rsidRDefault="00594448">
      <w:pPr>
        <w:pStyle w:val="HelpText"/>
        <w:keepNext/>
      </w:pPr>
      <w:r>
        <w:t>Summarize the evidence of learner, employer, industry, community, or workforce demand. Include sources or links when available.</w:t>
      </w:r>
    </w:p>
    <w:p w14:paraId="10DD1253" w14:textId="77777777" w:rsidR="006C2661" w:rsidRDefault="007E711C">
      <w:pPr>
        <w:pStyle w:val="FormField"/>
        <w:pBdr>
          <w:bottom w:val="single" w:sz="6" w:space="2" w:color="B7B7B7"/>
        </w:pBdr>
        <w:shd w:val="clear" w:color="auto" w:fill="F2F2F2"/>
        <w:spacing w:after="160"/>
      </w:pPr>
      <w:sdt>
        <w:sdtPr>
          <w:alias w:val="Market research analysis demonstrating need"/>
          <w:tag w:val="MARKET_RESEARCH"/>
          <w:id w:val="616969785"/>
          <w:showingPlcHdr/>
          <w:text w:multiLine="1"/>
        </w:sdtPr>
        <w:sdtEndPr/>
        <w:sdtContent>
          <w:r w:rsidR="00594448">
            <w:rPr>
              <w:i/>
              <w:color w:val="767676"/>
            </w:rPr>
            <w:t>Click or tap here to enter text</w:t>
          </w:r>
        </w:sdtContent>
      </w:sdt>
    </w:p>
    <w:p w14:paraId="0C14B294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111382A1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34870A12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3B9A1521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21295C7F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4ACE2EE1" w14:textId="77777777" w:rsidR="006C2661" w:rsidRDefault="00594448">
      <w:pPr>
        <w:pStyle w:val="FormField"/>
        <w:pBdr>
          <w:bottom w:val="single" w:sz="6" w:space="2" w:color="B7B7B7"/>
        </w:pBdr>
        <w:shd w:val="clear" w:color="auto" w:fill="F2F2F2"/>
        <w:spacing w:after="60"/>
      </w:pPr>
      <w:r>
        <w:t xml:space="preserve"> </w:t>
      </w:r>
    </w:p>
    <w:p w14:paraId="62E95729" w14:textId="77777777" w:rsidR="006C2661" w:rsidRPr="00EA0393" w:rsidRDefault="00594448" w:rsidP="00EA0393">
      <w:pPr>
        <w:pStyle w:val="Heading2"/>
        <w:rPr>
          <w:sz w:val="32"/>
          <w:szCs w:val="32"/>
        </w:rPr>
      </w:pPr>
      <w:r w:rsidRPr="00EA0393">
        <w:rPr>
          <w:sz w:val="32"/>
          <w:szCs w:val="32"/>
        </w:rPr>
        <w:t>5. Supporting Information</w:t>
      </w:r>
    </w:p>
    <w:p w14:paraId="2CC1AF8A" w14:textId="77777777" w:rsidR="006C2661" w:rsidRDefault="00594448">
      <w:pPr>
        <w:pStyle w:val="FieldLabel"/>
        <w:keepNext/>
      </w:pPr>
      <w:r>
        <w:rPr>
          <w:b/>
          <w:color w:val="7F0000"/>
        </w:rPr>
        <w:t>Microcredential intake form *</w:t>
      </w:r>
    </w:p>
    <w:p w14:paraId="3BC34747" w14:textId="55CA828D" w:rsidR="006C2661" w:rsidRDefault="00662E8E" w:rsidP="00662E8E">
      <w:pPr>
        <w:pStyle w:val="HelpText"/>
        <w:keepNext/>
      </w:pPr>
      <w:r>
        <w:t>A</w:t>
      </w:r>
      <w:r w:rsidR="00594448">
        <w:t>ttach</w:t>
      </w:r>
      <w:r>
        <w:t xml:space="preserve"> the file here. Also attach the market research file. </w:t>
      </w:r>
    </w:p>
    <w:p w14:paraId="3A8165BF" w14:textId="7729EE05" w:rsidR="00D37298" w:rsidRDefault="00D37298" w:rsidP="00D37298">
      <w:pPr>
        <w:pStyle w:val="HelpText"/>
        <w:keepNext/>
      </w:pPr>
    </w:p>
    <w:p w14:paraId="123FFC82" w14:textId="2737D5DC" w:rsidR="00D37298" w:rsidRPr="00EA0393" w:rsidRDefault="00D37298" w:rsidP="00EA0393">
      <w:pPr>
        <w:pStyle w:val="Heading2"/>
        <w:rPr>
          <w:sz w:val="32"/>
          <w:szCs w:val="32"/>
        </w:rPr>
      </w:pPr>
      <w:r w:rsidRPr="00EA0393">
        <w:rPr>
          <w:sz w:val="32"/>
          <w:szCs w:val="32"/>
        </w:rPr>
        <w:t>6</w:t>
      </w:r>
      <w:r w:rsidRPr="00EA0393">
        <w:rPr>
          <w:sz w:val="32"/>
          <w:szCs w:val="32"/>
        </w:rPr>
        <w:t>. Supporting Information</w:t>
      </w:r>
      <w:r w:rsidR="00833239" w:rsidRPr="00EA0393">
        <w:rPr>
          <w:sz w:val="32"/>
          <w:szCs w:val="32"/>
        </w:rPr>
        <w:t xml:space="preserve"> for Academic Innovation Funded Projects</w:t>
      </w:r>
    </w:p>
    <w:p w14:paraId="236D812E" w14:textId="31E442F1" w:rsidR="00D37298" w:rsidRDefault="00833239" w:rsidP="00EA0393">
      <w:pPr>
        <w:pStyle w:val="HelpText"/>
        <w:keepNext/>
        <w:numPr>
          <w:ilvl w:val="0"/>
          <w:numId w:val="10"/>
        </w:numPr>
      </w:pPr>
      <w:r>
        <w:t>I</w:t>
      </w:r>
      <w:r w:rsidR="00D37298">
        <w:t xml:space="preserve">f your </w:t>
      </w:r>
      <w:r w:rsidR="00D37298">
        <w:t>proposal is funded through the Academic Innovation Fund</w:t>
      </w:r>
      <w:r>
        <w:t xml:space="preserve">, please note that. </w:t>
      </w:r>
    </w:p>
    <w:p w14:paraId="3B018692" w14:textId="1EEAA69B" w:rsidR="00D37298" w:rsidRDefault="00833239" w:rsidP="00EA0393">
      <w:pPr>
        <w:pStyle w:val="HelpText"/>
        <w:keepNext/>
        <w:numPr>
          <w:ilvl w:val="0"/>
          <w:numId w:val="10"/>
        </w:numPr>
      </w:pPr>
      <w:r>
        <w:t>Also include</w:t>
      </w:r>
      <w:r w:rsidR="00D37298">
        <w:t xml:space="preserve"> a brief description of how the proposal relates to the funded AIF project (one of a series of</w:t>
      </w:r>
      <w:proofErr w:type="gramStart"/>
      <w:r w:rsidR="00D37298">
        <w:t>....)</w:t>
      </w:r>
      <w:proofErr w:type="gramEnd"/>
      <w:r w:rsidR="00D37298">
        <w:t>.</w:t>
      </w:r>
    </w:p>
    <w:p w14:paraId="4494661B" w14:textId="77777777" w:rsidR="00D37298" w:rsidRDefault="00D37298" w:rsidP="00EA0393">
      <w:pPr>
        <w:pStyle w:val="HelpText"/>
        <w:keepNext/>
        <w:numPr>
          <w:ilvl w:val="0"/>
          <w:numId w:val="10"/>
        </w:numPr>
      </w:pPr>
      <w:r>
        <w:t xml:space="preserve">Documentation of external or internal partnerships, such as letters of support or a summary of the partnerships, </w:t>
      </w:r>
      <w:proofErr w:type="gramStart"/>
      <w:r>
        <w:t>uploaded</w:t>
      </w:r>
      <w:proofErr w:type="gramEnd"/>
      <w:r>
        <w:t xml:space="preserve"> with the proposal.</w:t>
      </w:r>
    </w:p>
    <w:p w14:paraId="0C1DF633" w14:textId="77777777" w:rsidR="00D37298" w:rsidRDefault="00D37298" w:rsidP="00EA0393">
      <w:pPr>
        <w:pStyle w:val="HelpText"/>
        <w:keepNext/>
        <w:numPr>
          <w:ilvl w:val="0"/>
          <w:numId w:val="10"/>
        </w:numPr>
      </w:pPr>
      <w:r>
        <w:t>For related or stackable microcredentials, identification of the larger series or pathway to which each microcredential belongs.</w:t>
      </w:r>
    </w:p>
    <w:p w14:paraId="2EBECAC7" w14:textId="77777777" w:rsidR="00EA0393" w:rsidRDefault="00EA0393" w:rsidP="00D37298">
      <w:pPr>
        <w:pStyle w:val="HelpText"/>
        <w:keepNext/>
      </w:pPr>
    </w:p>
    <w:p w14:paraId="6A029FE9" w14:textId="5EAFE4F6" w:rsidR="00D37298" w:rsidRPr="00EA0393" w:rsidRDefault="00EA0393" w:rsidP="00D37298">
      <w:pPr>
        <w:pStyle w:val="HelpText"/>
        <w:keepNext/>
        <w:rPr>
          <w:i/>
          <w:iCs/>
        </w:rPr>
      </w:pPr>
      <w:r w:rsidRPr="00EA0393">
        <w:rPr>
          <w:i/>
          <w:iCs/>
        </w:rPr>
        <w:t xml:space="preserve">Sample note: </w:t>
      </w:r>
      <w:r w:rsidR="00D37298" w:rsidRPr="00EA0393">
        <w:rPr>
          <w:i/>
          <w:iCs/>
        </w:rPr>
        <w:t>Th</w:t>
      </w:r>
      <w:r w:rsidRPr="00EA0393">
        <w:rPr>
          <w:i/>
          <w:iCs/>
        </w:rPr>
        <w:t>i</w:t>
      </w:r>
      <w:r w:rsidR="00D37298" w:rsidRPr="00EA0393">
        <w:rPr>
          <w:i/>
          <w:iCs/>
        </w:rPr>
        <w:t xml:space="preserve">s </w:t>
      </w:r>
      <w:r w:rsidRPr="00EA0393">
        <w:rPr>
          <w:i/>
          <w:iCs/>
        </w:rPr>
        <w:t>is</w:t>
      </w:r>
      <w:r w:rsidR="00D37298" w:rsidRPr="00EA0393">
        <w:rPr>
          <w:i/>
          <w:iCs/>
        </w:rPr>
        <w:t xml:space="preserve"> </w:t>
      </w:r>
      <w:r w:rsidRPr="00EA0393">
        <w:rPr>
          <w:i/>
          <w:iCs/>
        </w:rPr>
        <w:t xml:space="preserve">one of </w:t>
      </w:r>
      <w:r w:rsidR="00D37298" w:rsidRPr="00EA0393">
        <w:rPr>
          <w:i/>
          <w:iCs/>
        </w:rPr>
        <w:t xml:space="preserve">the 2026 Academic Innovation Fund projects  </w:t>
      </w:r>
      <w:hyperlink r:id="rId8" w:history="1">
        <w:r w:rsidRPr="00EA0393">
          <w:rPr>
            <w:rStyle w:val="Hyperlink"/>
            <w:i/>
            <w:iCs/>
          </w:rPr>
          <w:t>https://k-state.edu/news/articles/2026/05/academic-innovation-fund-microcredential-workforce-skills.html</w:t>
        </w:r>
      </w:hyperlink>
      <w:r w:rsidRPr="00EA0393">
        <w:rPr>
          <w:i/>
          <w:iCs/>
        </w:rPr>
        <w:t xml:space="preserve"> </w:t>
      </w:r>
    </w:p>
    <w:sectPr w:rsidR="00D37298" w:rsidRPr="00EA0393" w:rsidSect="00034616">
      <w:headerReference w:type="default" r:id="rId9"/>
      <w:footerReference w:type="default" r:id="rId10"/>
      <w:pgSz w:w="12240" w:h="15840"/>
      <w:pgMar w:top="1080" w:right="1296" w:bottom="1008" w:left="1296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4598" w14:textId="77777777" w:rsidR="007E711C" w:rsidRDefault="007E711C">
      <w:pPr>
        <w:spacing w:after="0" w:line="240" w:lineRule="auto"/>
      </w:pPr>
      <w:r>
        <w:separator/>
      </w:r>
    </w:p>
  </w:endnote>
  <w:endnote w:type="continuationSeparator" w:id="0">
    <w:p w14:paraId="5624131E" w14:textId="77777777" w:rsidR="007E711C" w:rsidRDefault="007E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4CDEE" w14:textId="77777777" w:rsidR="006C2661" w:rsidRDefault="00594448">
    <w:pPr>
      <w:pStyle w:val="Footer"/>
      <w:jc w:val="right"/>
    </w:pPr>
    <w:r>
      <w:rPr>
        <w:color w:val="595959"/>
        <w:sz w:val="17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662E8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58FD8" w14:textId="77777777" w:rsidR="007E711C" w:rsidRDefault="007E711C">
      <w:pPr>
        <w:spacing w:after="0" w:line="240" w:lineRule="auto"/>
      </w:pPr>
      <w:r>
        <w:separator/>
      </w:r>
    </w:p>
  </w:footnote>
  <w:footnote w:type="continuationSeparator" w:id="0">
    <w:p w14:paraId="180B5093" w14:textId="77777777" w:rsidR="007E711C" w:rsidRDefault="007E7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6F77E" w14:textId="77777777" w:rsidR="006C2661" w:rsidRDefault="00594448">
    <w:pPr>
      <w:pStyle w:val="Header"/>
    </w:pPr>
    <w:r>
      <w:rPr>
        <w:b/>
        <w:color w:val="512888"/>
        <w:sz w:val="17"/>
      </w:rPr>
      <w:t>K-STATE | NEW NONCREDIT MICROCREDENTIAL PROPOSAL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B36658"/>
    <w:multiLevelType w:val="hybridMultilevel"/>
    <w:tmpl w:val="FF3A1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482663">
    <w:abstractNumId w:val="8"/>
  </w:num>
  <w:num w:numId="2" w16cid:durableId="1758750030">
    <w:abstractNumId w:val="6"/>
  </w:num>
  <w:num w:numId="3" w16cid:durableId="637876779">
    <w:abstractNumId w:val="5"/>
  </w:num>
  <w:num w:numId="4" w16cid:durableId="923300326">
    <w:abstractNumId w:val="4"/>
  </w:num>
  <w:num w:numId="5" w16cid:durableId="1500928743">
    <w:abstractNumId w:val="7"/>
  </w:num>
  <w:num w:numId="6" w16cid:durableId="1135608765">
    <w:abstractNumId w:val="3"/>
  </w:num>
  <w:num w:numId="7" w16cid:durableId="270090589">
    <w:abstractNumId w:val="2"/>
  </w:num>
  <w:num w:numId="8" w16cid:durableId="529800575">
    <w:abstractNumId w:val="1"/>
  </w:num>
  <w:num w:numId="9" w16cid:durableId="1350646518">
    <w:abstractNumId w:val="0"/>
  </w:num>
  <w:num w:numId="10" w16cid:durableId="17762930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3F1"/>
    <w:rsid w:val="0015074B"/>
    <w:rsid w:val="0029639D"/>
    <w:rsid w:val="00326F90"/>
    <w:rsid w:val="003C647B"/>
    <w:rsid w:val="00594448"/>
    <w:rsid w:val="00662E8E"/>
    <w:rsid w:val="006C2661"/>
    <w:rsid w:val="007E711C"/>
    <w:rsid w:val="00833239"/>
    <w:rsid w:val="00AA1D8D"/>
    <w:rsid w:val="00B47730"/>
    <w:rsid w:val="00CB0664"/>
    <w:rsid w:val="00D37298"/>
    <w:rsid w:val="00EA0393"/>
    <w:rsid w:val="00EF024B"/>
    <w:rsid w:val="00F108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53ED1F"/>
  <w14:defaultImageDpi w14:val="300"/>
  <w15:docId w15:val="{9D095FC1-B8B4-4223-925D-8A1012DA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51288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51288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basedOn w:val="Normal"/>
    <w:pPr>
      <w:spacing w:before="80" w:after="40"/>
    </w:pPr>
    <w:rPr>
      <w:sz w:val="21"/>
    </w:rPr>
  </w:style>
  <w:style w:type="paragraph" w:customStyle="1" w:styleId="HelpText">
    <w:name w:val="Help Text"/>
    <w:basedOn w:val="Normal"/>
    <w:pPr>
      <w:spacing w:after="40"/>
    </w:pPr>
    <w:rPr>
      <w:color w:val="595959"/>
      <w:sz w:val="19"/>
    </w:rPr>
  </w:style>
  <w:style w:type="paragraph" w:customStyle="1" w:styleId="FormField">
    <w:name w:val="Form Field"/>
    <w:basedOn w:val="Normal"/>
    <w:pPr>
      <w:spacing w:before="20"/>
      <w:ind w:left="115" w:right="115"/>
    </w:pPr>
    <w:rPr>
      <w:sz w:val="21"/>
    </w:rPr>
  </w:style>
  <w:style w:type="character" w:styleId="Hyperlink">
    <w:name w:val="Hyperlink"/>
    <w:basedOn w:val="DefaultParagraphFont"/>
    <w:uiPriority w:val="99"/>
    <w:unhideWhenUsed/>
    <w:rsid w:val="00EA03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-state.edu/news/articles/2026/05/academic-innovation-fund-microcredential-workforce-skill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Noncredit Microcredential Proposal Form</dc:title>
  <dc:subject>Accessible fillable form for proposing a new noncredit microcredential</dc:subject>
  <dc:creator>Kansas State University</dc:creator>
  <cp:keywords>noncredit, microcredential, proposal, accessible form</cp:keywords>
  <dc:description>generated by python-docx</dc:description>
  <cp:lastModifiedBy>Jo Maseberg-Tomlinson</cp:lastModifiedBy>
  <cp:revision>7</cp:revision>
  <dcterms:created xsi:type="dcterms:W3CDTF">2026-09-08T19:16:00Z</dcterms:created>
  <dcterms:modified xsi:type="dcterms:W3CDTF">2026-09-09T21:54:00Z</dcterms:modified>
  <cp:category/>
</cp:coreProperties>
</file>